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עבודה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מש״ה · תעודת זהות · לפני · תוך כדי · אחרי הקריאה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📖 🌳 🧩 🪪 🧭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🎈 יסודי   ·   🌍 עולים   ·   👩‍🏫 מהדורת מורה + תלמיד/ה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הנחיות,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מש״ה: מילון · שורש · הקשר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לפני · תוך כדי · אחרי הקריאה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התלמידים והתלמידות יפענחו מילים חדשות בעזרת שלושת כלי מש״ה: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ימלאו תעודת זהות לטקסט (כותרת, במה, מוען, נמען, תאריך).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יתרגלו את האסטרטגיה ״לפני · תוך כדי · אחרי הקריאה״ על טקסט קצר.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(שיעור של 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12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63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מציגים את כרזת מש״ה ושואלים: ״מה עושים כשנתקעים במילה?״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א׳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עבודה בזוגות או לבד; עוצרים לדיון קצר: איזה כלי עזר בכל מילה?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ב׳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יחד את הטקסט ממלאים את תעודת הזהות; בודקים במליאה.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ג׳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מתרגלים את ״לפני · תוך כדי · אחרי הקריאה״.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סיכום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 – גוזרים ואוספים.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הזמנים הם הצעה בלבד – אין לחץ זמן. בחנ״מ ובעולים אפשר לחלק את הדף לשני שיעורים.</w:t>
      </w:r>
    </w:p>
    <w:p>
      <w:pPr>
        <w:bidi w:val="1"/>
        <w:spacing w:after="8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הדף הזה: מסלול יסודי · עולים. עברית פשוטה, מילון קטן בשש שפות, טיפ למילון דו־לשוני וטבלת ״המילון האישי שלי״.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⭐ 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א׳: מש״ה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1. מילון – הפירוש המתאים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עליז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שמח ומלא חיים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סקרן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רוצה לדעת דברים חדשים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עקשן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ב. לא מוותר ולא משנה את דעתו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נבוך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מרגיש לא נעים, מתבייש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2. שורש – מוצאים את המשפחה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 מוכרת מאותה משפחה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מגדל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ג־ד־ל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גדול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ש־ח־ק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לשחק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תחנה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ח־נ־ה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חנייה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מכתב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כ־ת־ב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כתיבה (או מילה נכונה אחרת)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3. הקשר – מה פירוש המילה?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נבח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השמיע את הקול של הכלב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הפשיר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נמס, הפך למים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חמק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ברח בזריזות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מנמנם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ישן שינה קלה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ב׳: תעודת זהות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חוג רובוטיקה לנוער – נרשמים עכשיו!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לוח המודעות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צוות החוגים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בני ובנות נוער בגילי 12–15 (והוריהם)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1.9.2026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ג׳: לפני · תוך כדי · אחרי הקריאה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לפני: כל ניחוש סביר שמתבסס על הכותרת (למשל: ״טקסט על צמחים ליד חלון״).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כותרות אפשריות לפסקאות: (1) צמחים על אדן החלון; (2) מזמינים את השכנים לשתול; (3) בניין ירוק ושכנים קרובים.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סיכום אפשרי: משפחה אחת חילקה שתילים לשכנים, הבניין נעשה ירוק והשכנים התקרבו זה לזה.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כרטיס יציאה – מה מחפשים?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שם של כלי אחד ממש״ה + הסבר קצר איך עזר.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מילה חדשה ופירוש נכון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שדה אחד בתעודת הזהות ולמה הוא חשוב (למשל: התאריך מראה אם המידע עדכני).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יסודי – למה נכתב הטקסט: כדי להזמין ולמסור מידע (להירשם לחוג).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התלמיד/ה · יסודי · עולים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D4F1F9"/>
      </w:pPr>
      <w:r>
        <w:rPr>
          <w:rFonts w:ascii="Arial" w:hAnsi="Arial" w:cs="Arial" w:eastAsia="Arial"/>
          <w:b w:val="0"/>
          <w:sz w:val="23"/>
          <w:szCs w:val="23"/>
          <w:rtl w:val="1"/>
        </w:rPr>
        <w:t>💡 טיפ לעולים ולעולות: מילון דו־לשוני (עברית–השפה שלכם) הוא חבר טוב. חפשו את צורת הבסיס, בדקו שהתרגום מתאים למשפט, ורשמו את המילה במחברת ״המילון האישי שלי״: מילה, ציור קטן, תרגום ומשפט לדוגמה.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🌍 · מילון קטן – מילים חשובות בדף (תרגום – לוודא)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458"/>
              <w:gridCol w:w="1458"/>
              <w:gridCol w:w="1458"/>
              <w:gridCol w:w="1458"/>
              <w:gridCol w:w="1458"/>
              <w:gridCol w:w="1458"/>
              <w:gridCol w:w="1458"/>
            </w:tblGrid>
            <w:tr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עברית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English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Русский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አማርኛ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العربية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Français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מילון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📖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dictionary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словарь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መዝገበ ቃላት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قاموس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dictionnaire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שורש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root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корень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ሥር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جذر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racine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הקשר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контекст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አውድ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سياق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🔤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word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слово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ቃል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كلمة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mot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משפט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sentence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предложение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ዓረፍተ ነገር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جملة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phrase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פירוש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💬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meaning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значение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ትርጉም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معنى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פסקה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📄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абзац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አንቀጽ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فقرة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טקסט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📃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ጽሑፍ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כותרת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🏷️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title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заголовок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ርዕስ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عنوان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במה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publication venue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место публикации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የታተመበት ቦታ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مكان النشر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support de publication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מוען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✍️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writer / sender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автор / отправитель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ላኪ / ጸሐፊ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المرسِل / الكاتب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expéditeur / auteur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נמען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🎯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addressee / audience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адресат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ተቀባይ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المرسَل إليه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destinataire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תאריך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📅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дата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ቀን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تاريخ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מבצע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operation / campaign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акция / операция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ዘመቻ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حملة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opération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* כל התרגומים מסומנים ״לוודא״ – כדאי לבדוק אותם עם דובר/ת השפה.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היום נלמד לפתור מילים חדשות ולהכיר טקסט לפני שקוראים אותו.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מש״ה – מילון · שורש ·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📖 1. מילון: הקיפו את הפירוש הנכון. (מ = מילון)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😄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עליז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שמח ומלא חיים     ◯ עצוב ושקט     ◯ כועס מאוד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🧐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סקרן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לא אוהב לשאול     ◯ מפחד מכל דבר     ◯ רוצה לדעת דברים חדשים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😤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עקשן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משנה דעה כל רגע     ◯ לא מוותר ולא משנה את דעתו     ◯ ישן הרבה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נבוך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גאה בעצמו     ◯ רעב מאוד     ◯ מרגיש לא נעים, מתבייש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🌳 2. שורש: כתבו את השורש ומילה מוכרת מאותה משפחה.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🗼 מגדל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🎲 משחק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🚏 תחנה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✉️ מכתב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🧩 3. הקשר: קראו את המשפט. מה פירוש המילה המודגשת?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רמז: חפשו מילים לפני המילה ואחריה – הסבר, דוגמה, ניגוד או סיבה.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🐕 הכלב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נבח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בקול על הדוור, ואחותי הקטנה נבהלה מהרעש.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נבח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💧 אחרי שהשלג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הפשיר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, נשארו בחצר רק שלוליות.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הפשיר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🐟 הדג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חמק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מהרשת ושחה מהר הרחק משם.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חמק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4. 😴 סבא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מנמנם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על הספה, ולכן דיברנו בשקט.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מנמנם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הטקסט. מלאו את תעודת הזהות שלו.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🤖 חוג רובוטיקה לנוער – נרשמים עכשיו!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בונים, מתכנתים ומתחרים – בקבוצה קטנה ובאווירה טובה.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ימי שלישי, 17:00–18:30, באולם הקומה השנייה.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מתאים לגילאי 12–15. לא צריך ניסיון קודם!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להרשמה: במשרדי המרכז הקהילתי ״גני האלון״.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🪪 שדה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שאלה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מהי כותרת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היכן הטקסט פורסם?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 כתב את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למי נכתב או מיועד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מהו תאריך פרסום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🎯 למה לדעתכם נכתב הטקסט? ◯ כדי לספר סיפור   ◯ כדי להזמין ולמסור מידע   ◯ כדי לשכנע לקנות מוצר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לפני · תוך כדי · אחרי הקריאה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לפני הקריאה – תוך כדי הקריאה – אחרי הקריאה. עבדו לפי הסדר.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👁️ לפני: מציצים בכותרת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כותרת הטקסט: ״החלון הירוק״. על מה, לדעתכם, יהיה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אני כבר יודע/ת על גידול צמחים בבית?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✏️ תוך כדי: קוראים ועוצרים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כתבו לכל פסקה כותרת קצרה (2–4 מילים).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פסקה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הכותרת שלי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סימון: ? / ! / ★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1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2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3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סימונים: ? – לא הבנתי · ! – מפתיע · ★ – חשוב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✅ אחרי: בודקים ומסכמים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האם הניחוש שלי התאים? ◯ כן ◯ חלקית ◯ לא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ספרו את הטקסט במשפט אחד: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📒 · המילון האישי שלי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בעברית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ציור קטן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בשפה שלי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משפט לדוגמה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ממש״ה שהכי עזר לי היום: ◯ מילון ◯ שורש ◯ הקשר. כי: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 בדף?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עבודה · יסודי · 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· יסודי · עולים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