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אסטרטגיות קריאה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עבודה – קוראים חכם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מש״ה · תעודת זהות · רעיון מרכזי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 w:val="0"/>
          <w:sz w:val="80"/>
          <w:szCs w:val="80"/>
          <w:rtl w:val="1"/>
        </w:rPr>
        <w:t>📖 🌳 🧩 🪪 ☂️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🚀 חט״ב   ·   🌍 עולים   ·   👩‍🏫 מהדורת מורה + תלמיד/ה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הנחיות,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מש״ה: מילון · שורש · הקשר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רעיון מרכזי – מה העיקר?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התלמידים והתלמידות יפענחו מילים חדשות בעזרת שלושת כלי מש״ה: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ימלאו תעודת זהות לטקסט (כותרת, במה, מוען, נמען, תאריך) ויזהו סוגה ומטרה.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יתרגלו את האסטרטגיה ״רעיון מרכזי – מה העיקר?״ על טקסט קצר.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(שיעור של 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12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663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פתיחה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מציגים את כרזת מש״ה ושואלים: ״מה עושים כשנתקעים במילה?״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א׳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עבודה בזוגות או לבד; עוצרים לדיון קצר: איזה כלי עזר בכל מילה?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ב׳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יחד את הטקסט ממלאים את תעודת הזהות; בודקים במליאה.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ג׳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מתרגלים את ״רעיון מרכזי״.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סיכום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כרטיס יציאה – גוזרים ואוספים.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הזמנים הם הצעה בלבד – אין לחץ זמן. בחנ״מ ובעולים אפשר לחלק את הדף לשני שיעורים.</w:t>
      </w:r>
    </w:p>
    <w:p>
      <w:pPr>
        <w:bidi w:val="1"/>
        <w:spacing w:after="8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הדף הזה: מסלול חט״ב · עולים. עברית פשוטה, מילון קטן בשש שפות, טיפ למילון דו־לשוני וטבלת ״המילון האישי שלי״.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  <w:shd w:val="clear" w:color="auto" w:fill="FFF1C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⭐ 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א׳: מש״ה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1. מילון – הפירוש המתאים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עין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א. מעיין, מקור מים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גל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ג. תקופה של חום חריג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פסקה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א. קבעה, החליטה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4.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קרנו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א. הקרינו אור, האירו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2. שורש – מוצאים את המשפחה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שורש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 מוכרת מאותה משפחה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התכתבות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כ־ת־ב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מכתב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מעבורת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ע־ב־ר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מעבר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משקפת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ש־ק־פ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שקוף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מזכרת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ז־כ־ר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זיכרון (או מילה נכונה אחרת)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3. הקשר – מה פירוש המילה?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פסטורלי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כפרי, שליו ורגוע (רמז: דוגמאות)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חסכן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שומר על כספו ולא מבזבז (רמז: ניגוד)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עקב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בגלל (רמז: סיבה)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4.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עכורים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לא צלולים, מלוכלכים (רמז: הסבר אחרי המקף)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ב׳: תעודת זהות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צבי מים נראו שוב בנחל אחרי עשר שנים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אתר החדשות המקומי ״קול העמק״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שירה מעיינות (כתבת)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תושבי העמק וקוראי האתר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9 במרץ 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ידיעה חדשותית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למסור מידע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ג׳: רעיון מרכזי – מה העיקר?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הנושא: יוזמת צמחים בבניין / ״החלון הירוק״. מה נאמר: הצמחים התפשטו לכל הבניין והשכנים התקרבו.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פרטים אפשריים: עציצי בזיליקום, נענע ופלפל; מודעה בכניסה לבניין; חזית הבניין הפכה לירוקה; שכנים מחליפים עצות.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הרעיון המרכזי: א. על אדן החלון עמדו עציצים של בזיליקום ונענע.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המשפט על העציצים הוא פרט (צר מדי – מקל ולא מטרייה); המשפט ״צמחים הם דבר חשוב״ רחב מדי ולא מסכם את מה שקרה בטקסט.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כרטיס יציאה – מה מחפשים?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שם של כלי אחד ממש״ה + הסבר קצר איך עזר.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מילה חדשה ופירוש נכון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שדה אחד בתעודת הזהות ולמה הוא חשוב (למשל: התאריך מראה אם המידע עדכני).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התלמיד/ה · חט״ב · עולים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D4F1F9"/>
      </w:pPr>
      <w:r>
        <w:rPr>
          <w:rFonts w:ascii="Arial" w:hAnsi="Arial" w:cs="Arial" w:eastAsia="Arial"/>
          <w:b w:val="0"/>
          <w:sz w:val="23"/>
          <w:szCs w:val="23"/>
          <w:rtl w:val="1"/>
        </w:rPr>
        <w:t>💡 טיפ לעולים ולעולות: מילון דו־לשוני (עברית–השפה שלכם) הוא חבר טוב. חפשו את צורת הבסיס, בדקו שהתרגום מתאים למשפט, ורשמו את המילה במחברת ״המילון האישי שלי״: מילה, ציור קטן, תרגום ומשפט לדוגמה.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🌍 · מילון קטן – מילים חשובות בדף (תרגום – לוודא)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1458"/>
              <w:gridCol w:w="1458"/>
              <w:gridCol w:w="1458"/>
              <w:gridCol w:w="1458"/>
              <w:gridCol w:w="1458"/>
              <w:gridCol w:w="1458"/>
              <w:gridCol w:w="1458"/>
            </w:tblGrid>
            <w:tr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עברית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English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Русский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አማርኛ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العربية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Français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מילון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📖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dictionary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словарь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መዝገበ ቃላት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قاموس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dictionnaire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שורש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root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корень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ሥር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جذر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racine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הקשר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контекст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አውድ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سياق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contexte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מילה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🔤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word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слово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ቃል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كلمة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mot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משפט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📝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sentence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предложение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ዓረፍተ ነገር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جملة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phrase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פירוש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💬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meaning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значение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ትርጉም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معنى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sens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פסקה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📄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paragraph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абзац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አንቀጽ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فقرة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paragraphe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טקסט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📃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ጽሑፍ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نص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כותרת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🏷️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title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заголовок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ርዕስ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عنوان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titre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במה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📰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publication venue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место публикации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የታተመበት ቦታ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مكان النشر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support de publication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מוען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✍️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writer / sender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автор / отправитель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ላኪ / ጸሐፊ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المرسِل / الكاتب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expéditeur / auteur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נמען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🎯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addressee / audience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адресат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ተቀባይ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المرسَل إليه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destinataire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תאריך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📅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date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дата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ቀን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تاريخ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date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סוגה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📚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genre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жанр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ዘውግ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نوع أدبي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genre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מטרה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🎯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purpose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ዓላማ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هدف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but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רעיון מרכזי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☂️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main idea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главная мысль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ዋና ሐሳብ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الفكرة الرئيسية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idée principale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* כל התרגומים מסומנים ״לוודא״ – כדאי לבדוק אותם עם דובר/ת השפה.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היום נלמד לפתור מילים חדשות ולהכיר טקסט לפני שקוראים אותו.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מש״ה – מילון · שורש ·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📖 1. מילון: הקיפו את הפירוש הנכון. (מ = מילון)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לכל מילה יש כמה פירושים במילון. בחרו את הפירוש שמתאים למשפט.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1. 💧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עין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המים בשמורה זורמת כל השנה.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מעיין, מקור מים     ◯ איבר הראייה     ◯ האות ע׳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2. 🌡️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גל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של חום הגיע לאזור.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תנועת מים בים     ◯ ערמת אבנים     ◯ תקופה של חום חריג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3. ⚖️ השופטת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פסקה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שהשחקן נגע בכדור ביד.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קבעה, החליטה     ◯ הפסיקה לדבר     ◯ חלק בטקסט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4. ✨ פניה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קרנו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משמחה כשקיבלה את הפרס.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הקרינו אור, האירו     ◯ צמחו להם קרניים     ◯ נעשו כסף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🌳 2. שורש: כתבו את השורש ומילה מוכרת מאותה משפחה.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💌 התכתבות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⛴️ מעבורת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🔭 משקפת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🎁 מזכרת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🧩 3. הקשר: קראו את המשפט. מה פירוש המילה המודגשת?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רמז: חפשו מילים לפני המילה ואחריה – הסבר, דוגמה, ניגוד או סיבה.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1. 🐄 הנוף היה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פסטורלי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: שדות ירוקים, פרות רועות ונחל שקט.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פסטורלי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2. 🐷 בניגוד לאחיו הבזבזן, נועם היה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חסכן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חסכן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3. 🌧️ המסיבה נדחתה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עקב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הגשם החזק.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עקב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4. 🌫️ המים היו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עכורים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– לא יכולנו לראות את הקרקעית.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עכורים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תעודת זהות של 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את הטקסט. מלאו את תעודת הזהות שלו.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צבי מים נראו שוב בנחל אחרי עשר שנים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לאחר מבצע ניקוי שנמשך שנתיים, דווח השבוע על צבי מים שחזרו לשחות בנחל העובר בעמק.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לדברי פקח/ית שמורת הטבע, הצבים חזרו בזכות המים הנקיים והצמחייה שנשתלה מחדש על הגדות.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תושבים מתבקשים לא להאכיל את הצבים ולא להתקרב אליהם.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🪪 שדה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שאלה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מהי כותרת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היכן הטקסט פורסם?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 כתב את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למי נכתב או מיועד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מהו תאריך פרסום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➕ הרחבה: סוגה ומטרה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איך ידעתי? (רמז מהטקסט)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ג׳ · רעיון מרכזי – מה העיקר?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הרעיון המרכזי הוא המטרייה – כל הפרטים עומדים מתחתיה. קראו את הטקסט ומלאו את המטרייה.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E0CC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☂️ הנושא (מילה או שתיים):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E0CC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☂️ מה נאמר על הנושא?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מקלות המטרייה – שלושה פרטים מהטקסט: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פרט 1</w:t>
                  </w:r>
                </w:p>
              </w:tc>
              <w:tc>
                <w:tcPr>
                  <w:tcW w:type="dxa" w:w="3402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פרט 2</w:t>
                  </w:r>
                </w:p>
              </w:tc>
              <w:tc>
                <w:tcPr>
                  <w:tcW w:type="dxa" w:w="3402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פרט 3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איזה משפט הוא הרעיון המרכזי? הקיפו.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על אדן החלון עמדו עציצים של בזיליקום ונענע.     ◯ יוזמה של משפחה אחת לשתול צמחים הפכה את הבניין לירוק וקירבה בין השכנים.     ◯ צמחים הם דבר חשוב בחיים של כולם.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הסבירו: מה ״לא בסדר״ בשני המשפטים האחרים?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📒 · המילון האישי שלי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בעברית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ציור קטן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בשפה שלי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משפט לדוגמה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הכלי ממש״ה שהכי עזר לי היום: ◯ מילון ◯ שורש ◯ הקשר. כי: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מילה חדשה שלמדתי ופירושה: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 בדף?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עבודה · חט״ב · עולים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· חט״ב · עולים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